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אותיות האלף-בית בכתב דפוס ובכתב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ניקוד שונים ואת הצליל שכל אחד מהם משמיע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כתב דפוס לכתב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כתב דפוס מודפס בספרים, כתב יד כותבים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האלף-בית העברי מורכב מ-22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צורת האותיות שונה בין שני סוגי הכתב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הניקוד מראה איזה צליל שייך לכל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האות הראשונה היא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ניקוד נשמע ונראה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אפשר לכתוב גם בכתב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התאמה: ניקוד וצליל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(נשמע כמו הצליל 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(נשמע כמו הצליל 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(נשמע כמו הצליל 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(נשמע כמו הצליל u)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(כמעט ולא נשמע)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גימל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מצפים לציון שתי אותיות דומות וההבדל בצורתן, למשל קו נוסף או עיגול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הצפויה: 22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שכתב דפוס מודפס וכתב יד נכתב ביד ולעיתים 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ניקוד נכון עם הצליל התואם, למשל פתח-a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את השיעור בכתיבת כמה אותיות על הלוח בשני סוגי הכתב להשוואה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את הצלילים של כל ניקוד לפני מילוי 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 של כתיבת מילה שלמה בכתב 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22 אותיות, שאפשר לכתוב אותן בכתב דפוס (כמו בספרים) או בכתב יד. הניקוד הוא סימנים קטנים שעוזרים לדעת איך לקרוא כל 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באלף-בית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היא האות הראשונה באלף-בית?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אות היא האות האחרונה באלף-בית?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כתב דפוס לכתב 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 דפוס מודפס בספרים, כתב יד כותבים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 יד משמש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דפוס קיים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הניקוד חיריק נשמע כמו איזה צליל?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u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הניקוד שנראה כמו קו ישר מתחת לאות ונשמע כמו a נקרא: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22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יד וכתב דפוס נראים תמיד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עוזר לדעת איך לקרוא 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באלף-בית היא 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וחיריק הם שני סוגי ניקוד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עברית רק בכתב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התאמה: ניקוד וצליל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נשמע כמו הצליל o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נשמע כמו הצליל 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כמעט ולא נשמע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קובוץ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נשמע כמו הצליל 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נשמע כמו הצליל u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באלף-בית העברי יש __________ 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הראשונה באלף-בית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הניקוד שנראה כמו נקודה אחת מתחת לאות ונשמע כמו i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כתב __________ הוא האותיות המודפסות בספרים ובעיתונים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הניקוד שנשמע כמו הצליל o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גימל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אותיות שדומות אחת לשנייה בצורתן, לדוגמה ב/כ, והסבירו מה שונה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באלף-בית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 דפוס לכתב 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לניקוד אחד ולצליל שהוא משמיע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