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האלף-בית בכתב דפוס ובכתב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ניקוד שונים ואת הצליל שכל אחד מהם משמיע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הבדלים בין כתב דפוס לכתב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כתב דפוס מודפס בספרים, כתב יד כותבים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האלף-בית העברי מורכב מ-22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צורת האותיות שונה בין שני סוגי הכתב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הניקוד מראה איזה צליל שייך לכל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הראשונה היא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ניקוד נשמע ונראה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אפשר לכתוב גם בכתב 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ניקוד וצליל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(נשמע כמו הצליל a)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(נשמע כמו הצליל 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(נשמע כמו הצליל o)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(נשמע כמו הצליל u)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(כמעט ולא נשמע)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מצפים לציון שתי אותיות דומות וההבדל בצורתן, למשל קו נוסף או עיגול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22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שכתב דפוס מודפס וכתב יד נכתב ביד ולעיתים מחובר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ניקוד נכון עם הצליל התואם, למשל פתח-a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בכתיבת כמה אותיות על הלוח בשני סוגי הכתב להשוואה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הצלילים של כל ניקוד לפני מילוי דף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 של כתיבת מילה שלמה בכתב 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22 אותיות. יש שתי צורות כתיבה: כתב דפוס וכתב יד. ניקוד הוא סימן קטן שעוזר לקרוא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אָלֶף־בֵּית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22 האותיות בעברית, מאלף עד תיו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נִיקוּד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מתחת או מעל לאות שמראים איך לקרוא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כְּתַב דְּפוּס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המודפסות שרואים בספרים ובעיתונים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כְּתַב יָד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כותבים אותיות ביד, לרוב מחוברת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פַּתַח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שנשמע כמו הצליל a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חִירִיק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שנשמע כמו הצליל i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חוֹלָם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שנשמע כמו הצליל o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שכמעט ולא נשמע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האות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האות האחרונה?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שונה בין דפוס ליד?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 דפוס מודפס בספרים, כתב יד כותבים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 יד משמש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דפוס קיים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נשמע חיריק?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לניקוד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22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יד וכתב דפוס נראים תמיד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עוזר לדעת איך לקרוא 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הראשונה באלף-בית היא 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קמץ וחיריק הם שני סוגי ניקוד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עברית רק בכתב דפוס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ניקוד וצליל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נשמע כמו הצליל u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נשמע כמו הצליל 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נשמע כמו הצליל o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כמעט ולא נשמע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נשמע כמו הצליל a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באלף-בית העברי יש __________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הראשונה באלף-בית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הניקוד שנראה כמו נקודה אחת מתחת לאות ונשמע כמו i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כתב __________ הוא האותיות המודפסות בספרים ובעיתונים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הניקוד שנשמע כמו הצליל o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אותיות שדומות אחת לשנייה בצורתן, לדוגמה ב/כ, והסבירו מה שונה ביניהן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אותיות יש באלף-בית העברי?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כתב דפוס לכתב 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לניקוד אחד ולצליל שהוא משמיע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